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מחוונים והערכה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מחווני ההערכה לעבודות חקר, תיק תהליך והגנה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סולם AIAS וחמש הרמות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יישום קריטריונים של שימוש אחראי ושקוף בבינה מלאכותית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רמה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האם התלמיד מאמת טענות ומתעד שגיאות שמצא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על הבחירות ההכוונה וההסבר של התלמיד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שלמות, גרסאות, רפלקציה שוטפת ושימוש במשוב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רמה 3-4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ברמה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הגדרת הקטגוריה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מצוין פירושו תיעוד מלא ושיטתי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מוגדר במחוון תיק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רמה 5 מעודדת שימוש יצירתי גם בדברים שלא תוכננו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רמות AIAS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(ללא AI בכלל – בכיתה או בעל 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(AI לתכנון וסיעור מוחות בלבד)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(שיתוף פעולה עם AI לאורך העבודה)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(AI הוא חלק מרכזי בתוצר עצמו)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(חקירה יצירתית עם AI בדרכים חדשות)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גרסאות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שיקול 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קטגוריה ממחוון קיים, נותן דוגמה ריאלית ומסביר מדוע היא מתאימה לרמת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בוחר רמה 1-5, מנמק בהתאם לאופי המשימה ולמידת המעורבות הרצויה של AI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שהתלמיד שולט בתוכן ויודע להסביר את התהליך והשימוש ב-AI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תרומה ייחודית וברורה מעבר למה שה-AI הפיק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ברמה 2 AI משמש רק לתכנון והתלמיד כותב בעצמו, ברמה 4 AI הוא חלק מרכזי מהתוצר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לתלמידים מחוון אחד ולבקש מהם לבדוק עבודה לדוגמה לפי הקריטריונים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על ההבדל בין רמות הסולם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בצ'קליסט כהכנה להגשת עבודת חקר אמיתית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מחוונים והערכה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המחוונים וצ'קליסט ההערכה החלופית שמיועדים לתלמידי תיכון, וכן את סולם AIAS שמגדיר כמה בינה מלאכותית מותר להשתמש בכל משימה.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רמה בסולם AIAS מתארת משימה שנעשית בלי בינה מלאכותית בכלל?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במחוון איכות השימוש ב-AI, מה נבדק בקטגוריית ביקורת ואימות?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האם התלמיד מאמת טענות ומתעד שגיאות שמצא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האם הפרומפט מדויק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האם יש תרומה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האם יש גרסאות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ברמה 4 בסולם AIAS, על מה מתמקדת ההערכה?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מהירות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הבחירות ההכוונה וההסבר של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אורך התוצר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מספר המקורות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זמן מוקצב בדרך כלל להגנה בעל פה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כולל מחוון תיק 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שלמות, גרסאות, רפלקציה שוטפת ושימוש במשוב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איכות ההנחיה ואתיקה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שליטה בתוכן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מתודולוגיה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הדף ממליץ לגבי רמת AIAS בעבודות חקר ותוצרים?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1-2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3-4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5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המלצה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2 בסולם AIAS מותר להיעזר ב-AI לרעיונות ותכנון, אבל התוצר עצמו נכתב בידי התלמיד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במחוון הגנה בעל פה, קטגוריית תהליך ו-AI בודקת האם התלמיד מתאר ביקורתית את השימוש ב-AI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ציון מצוין בקטגוריית שקיפות ותיעוד משמעותו תיעוד חלקי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פורטפוליו לפי הדף כולל רפלקציות שבועיות עם תובנות ברמת מצוין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5 בסולם AIAS אסור להשתמש ב-AI בדרכים שלא תוכננו מראש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רמות AIAS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רמה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AI הוא חלק מרכזי בתוצר עצמו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חקירה יצירתית עם AI בדרכים חדשות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רמה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ללא AI בכלל – בכיתה או בעל 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רמה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שיתוף פעולה עם AI לאורך העבודה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רמה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AI לתכנון וסיעור מוחות בלבד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במחוון איכות השימוש ב-AI, ציון מתפתח בקטגוריית איכות ההנחיה משמעותו פרומפטים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הצ'קליסט לבדיקה עצמית כולל דרישה שיש לפחות שתי __________ וטבלת שינויים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במחוון הגנה בעל פה, הקטגוריה __________ בודקת האם התלמיד מנמק בחירות ומכיר במגבלות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ברמה 3 בסולם AIAS, AI עוזר לאורך העבודה אבל התלמיד __________, מחליט ומשנה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מומלץ רמה 1 בסולם AIAS בהגנה בעל פה ובכתיבה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מהמחוונים (איכות השימוש ב-AI, תיק תהליך, או הגנה בעל פה) וכתבו דוגמה אישית למשימה שבה הייתם מקבלים ציון טוב בקטגוריה אחת מתוכו. 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רפלקציה קצרה: איזו רמה בסולם AIAS מתאימה לדעתכם למשימת חקר הבאה שלכם,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המטרה של הגנה בעל פה אחרי הגשת עבודה?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לציון מצוין בקטגוריית תרומה אישית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רמה 2 לרמה 4 בסולם AIAS?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מחוונים והערכה חלופית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