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הערכה חלופית בעידן ה-AI: מתוצר לתהליך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מחוונים והערכה חלופית בעידן ה-AI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מחווני ההערכה לעבודות חקר, תיק תהליך והגנה בעל פה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סולם AIAS וחמש הרמות שבו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יישום קריטריונים של שימוש אחראי ושקוף בבינה מלאכותית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כללית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רמה 1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האם התלמיד מאמת טענות ומתעד שגיאות שמצא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על הבחירות ההכוונה וההסבר של התלמיד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10 דקות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שלמות, גרסאות, רפלקציה שוטפת ושימוש במשוב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רמה 3-4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מוגדר ברמה 2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זו הגדרת הקטגוריה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מצוין פירושו תיעוד מלא ושיטתי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כך מוגדר במחוון תיק תהליך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רמה 5 מעודדת שימוש יצירתי גם בדברים שלא תוכננו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התאמת רמות AIAS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(ללא AI בכלל – בכיתה או בעל פה)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(AI לתכנון וסיעור מוחות בלבד)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(שיתוף פעולה עם AI לאורך העבודה)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(AI הוא חלק מרכזי בתוצר עצמו)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(חקירה יצירתית עם AI בדרכים חדשות)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השלימו את החסר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כלליים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גרסאות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שיקול דעת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בודק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בכיתה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ורפלקציה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 בוחר קטגוריה ממחוון קיים, נותן דוגמה ריאלית ומסביר מדוע היא מתאימה לרמת טוב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התלמיד בוחר רמה 1-5, מנמק בהתאם לאופי המשימה ולמידת המעורבות הרצויה של AI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לבדוק שהתלמיד שולט בתוכן ויודע להסביר את התהליך והשימוש ב-AI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תרומה ייחודית וברורה מעבר למה שה-AI הפיק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ברמה 2 AI משמש רק לתכנון והתלמיד כותב בעצמו, ברמה 4 AI הוא חלק מרכזי מהתוצר עצמו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לחלק לתלמידים מחוון אחד ולבקש מהם לבדוק עבודה לדוגמה לפי הקריטריונים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לקיים דיון קצר על ההבדל בין רמות הסולם לפני מילוי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להשתמש בצ'קליסט כהכנה להגשת עבודת חקר אמיתית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הערכה חלופית בעידן ה-AI: מתוצר לתהליך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מחוונים והערכה חלופית בעידן ה-AI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נלמד על טבלאות שעוזרות להבין כמה טוב השתמשו בבינה מלאכותית בעבודה, ועל סולם שמראה כמה מותר להשתמש בה בכל משימה.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AIAS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סולם שמגדיר כמה מותר להשתמש בבינה מלאכותית במשימה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מחוון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טבלה שמסבירה מה נדרש כדי לקבל כל ציון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תיק תהליך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אוסף מסודר של כל שלבי העבודה לאורך זמן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שקיפות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הצגה ברורה וכנה של איך עבדתם ואיך השתמשתם ב-AI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רפלקציה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כתיבה אישית על מה שלמדתם ואיך התקדמתם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הגנה בעל פה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שיחה קצרה אחרי הגשת עבודה שבה מסבירים ומנמקים בחירות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ביקורת ואימות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בדיקה אם מידע או טענה נכונים ואמינים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תרומה אישית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החלק הייחודי שהתלמיד הוסיף מעבר למה שה-AI הפיק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כללית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באיזו רמה אסור להשתמש בבינה מלאכותית בכלל?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רמה 1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רמה 3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רמה 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רמה 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בודקים בקטגוריה ביקורת ואימות?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האם התלמיד מאמת טענות ומתעד שגיאות שמצא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האם הפרומפט מדויק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האם יש תרומה אישית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האם יש גרסאות שונות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במה מתמקדת ההערכה ברמה 4?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על מהירות הכתיבה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על הבחירות ההכוונה וההסבר של התלמיד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על אורך התוצר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על מספר המקורות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כמה דקות אורכת הגנה בעל פה?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5 דקות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10 דקות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20 דקות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30 דקות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אילו קטגוריות יש במחוון תיק תהליך?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שלמות, גרסאות, רפלקציה שוטפת ושימוש במשוב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איכות ההנחיה ואתיקה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רק שליטה בתוכן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רק מתודולוגיה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איזו רמה מומלצת לעבודות חקר?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רמה 1-2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רמה 3-4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רמה 5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אין המלצה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ברמה 2 בסולם AIAS מותר להיעזר ב-AI לרעיונות ותכנון, אבל התוצר עצמו נכתב בידי התלמיד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במחוון הגנה בעל פה, קטגוריית תהליך ו-AI בודקת האם התלמיד מתאר ביקורתית את השימוש ב-AI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ציון מצוין בקטגוריית שקיפות ותיעוד משמעותו תיעוד חלקי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פורטפוליו לפי הדף כולל רפלקציות שבועיות עם תובנות ברמת מצוין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ברמה 5 בסולם AIAS אסור להשתמש ב-AI בדרכים שלא תוכננו מראש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התאמת רמות AIAS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רמה 1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חקירה יצירתית עם AI בדרכים חדשות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רמה 2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ללא AI בכלל – בכיתה או בעל פה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רמה 3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AI לתכנון וסיעור מוחות בלבד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רמה 4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שיתוף פעולה עם AI לאורך העבודה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רמה 5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AI הוא חלק מרכזי בתוצר עצמו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השלימו את החסר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במחוון איכות השימוש ב-AI, ציון מתפתח בקטגוריית איכות ההנחיה משמעותו פרומפטים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הצ'קליסט לבדיקה עצמית כולל דרישה שיש לפחות שתי __________ וטבלת שינויים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במחוון הגנה בעל פה, הקטגוריה __________ בודקת האם התלמיד מנמק בחירות ומכיר במגבלות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ברמה 3 בסולם AIAS, AI עוזר לאורך העבודה אבל התלמיד __________, מחליט ומשנה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מומלץ רמה 1 בסולם AIAS בהגנה בעל פה ובכתיבה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כתיבה ורפלקציה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אחד מהמחוונים (איכות השימוש ב-AI, תיק תהליך, או הגנה בעל פה) וכתבו דוגמה אישית למשימה שבה הייתם מקבלים ציון טוב בקטגוריה אחת מתוכו. הסבירו למה.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רפלקציה קצרה: איזו רמה בסולם AIAS מתאימה לדעתכם למשימת חקר הבאה שלכם, ולמה?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מהי המטרה של הגנה בעל פה אחרי הגשת עבודה?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לציון מצוין בקטגוריית תרומה אישית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רמה 2 לרמה 4 בסולם AIAS?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מחוונים והערכה חלופית בעידן ה-AI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