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והערכה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מחווני ההערכה לעבודות חקר, תיק תהליך והגנה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סולם AIAS וחמש הרמות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קריטריונים של שימוש אחראי ושקוף בבינה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האם התלמיד מאמת טענות ומתעד שגיאות שמצא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ברמה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הגדרת הקטגוריה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רמות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(ללא AI בכלל – בכיתה או בעל 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(AI לתכנון וסיעור מוחות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(שיתוף פעולה עם AI לאורך העבודה)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גרסאות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קטגוריה ממחוון קיים, נותן דוגמה ריאלית ומסביר מדוע היא מתאימה לרמת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 שולט בתוכן ויודע להסביר את התהליך והשימוש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תרומה ייחודית וברורה מעבר למה שה-AI הפיק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ברמה 2 AI משמש רק לתכנון והתלמיד כותב בעצמו, ברמה 4 AI הוא חלק מרכזי מהתוצר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לתלמידים מחוון אחד ולבקש מהם לבדוק עבודה לדוגמה לפי הקריטריונים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ההבדל בין רמות הסולם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בצ'קליסט כהכנה להגשת עבודת חקר אמיתית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והערכה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המחוונים וצ'קליסט ההערכה החלופית שמיועדים לתלמידי תיכון, וכן את סולם AIAS שמגדיר כמה בינה מלאכותית מותר להשתמש בכל 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כלליים  ·  גרסאות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רמה בסולם AIAS מתארת משימה שנעשית בלי בינה מלאכותית בכלל?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במחוון איכות השימוש ב-AI, מה נבדק בקטגוריית ביקורת ואימות?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האם התלמיד מאמת טענות ומתעד שגיאות שמצא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האם הפרומפט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האם יש תרומה 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ברמה 2 בסולם AIAS מותר להיעזר ב-AI לרעיונות ותכנון, אבל התוצר עצמו נכתב בידי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במחוון הגנה בעל פה, קטגוריית תהליך ו-AI בודקת האם התלמיד מתאר ביקורתית את השימוש ב-AI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רמות AIAS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רמה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שיתוף פעולה עם AI לאורך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רמה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ללא AI בכלל – בכיתה או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רמה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AI לתכנון וסיעור מוחות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במחוון איכות השימוש ב-AI, ציון מתפתח בקטגוריית איכות ההנחיה משמעותו פרומפטים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הצ'קליסט לבדיקה עצמית כולל דרישה שיש לפחות שתי __________ וטבלת שינויים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מהמחוונים (איכות השימוש ב-AI, תיק תהליך, או הגנה בעל פה) וכתבו דוגמה אישית למשימה שבה הייתם מקבלים ציון טוב בקטגוריה אחת מתוכו.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המטרה של הגנה בעל פה אחרי הגשת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לציון מצוין בקטגוריית תרומה אישית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מחוונים והערכה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